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03B54" w14:textId="77777777" w:rsidR="003A65DD" w:rsidRDefault="00C532B9">
      <w:pPr>
        <w:pStyle w:val="Titre2"/>
      </w:pPr>
      <w:r>
        <w:t xml:space="preserve">1. </w:t>
      </w:r>
      <w:proofErr w:type="spellStart"/>
      <w:r>
        <w:t>Demandeur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3A65DD" w14:paraId="0EF0CEBC" w14:textId="77777777">
        <w:tc>
          <w:tcPr>
            <w:tcW w:w="4320" w:type="dxa"/>
          </w:tcPr>
          <w:p w14:paraId="7540E8B8" w14:textId="77777777" w:rsidR="003A65DD" w:rsidRDefault="00C532B9">
            <w:r>
              <w:t>Référent VIAS</w:t>
            </w:r>
          </w:p>
        </w:tc>
        <w:tc>
          <w:tcPr>
            <w:tcW w:w="4320" w:type="dxa"/>
          </w:tcPr>
          <w:p w14:paraId="562CC790" w14:textId="77777777" w:rsidR="003A65DD" w:rsidRDefault="003A65DD"/>
        </w:tc>
      </w:tr>
      <w:tr w:rsidR="003A65DD" w14:paraId="56868BC2" w14:textId="77777777">
        <w:tc>
          <w:tcPr>
            <w:tcW w:w="4320" w:type="dxa"/>
          </w:tcPr>
          <w:p w14:paraId="4737B998" w14:textId="77777777" w:rsidR="003A65DD" w:rsidRDefault="00C532B9">
            <w:proofErr w:type="spellStart"/>
            <w:r>
              <w:t>Fonction</w:t>
            </w:r>
            <w:proofErr w:type="spellEnd"/>
          </w:p>
        </w:tc>
        <w:tc>
          <w:tcPr>
            <w:tcW w:w="4320" w:type="dxa"/>
          </w:tcPr>
          <w:p w14:paraId="3FD7D802" w14:textId="77777777" w:rsidR="003A65DD" w:rsidRDefault="003A65DD"/>
        </w:tc>
      </w:tr>
      <w:tr w:rsidR="003A65DD" w14:paraId="745FF98A" w14:textId="77777777">
        <w:tc>
          <w:tcPr>
            <w:tcW w:w="4320" w:type="dxa"/>
          </w:tcPr>
          <w:p w14:paraId="02AC72D0" w14:textId="77777777" w:rsidR="003A65DD" w:rsidRDefault="00C532B9">
            <w:proofErr w:type="spellStart"/>
            <w:r>
              <w:t>Établissement</w:t>
            </w:r>
            <w:proofErr w:type="spellEnd"/>
          </w:p>
        </w:tc>
        <w:tc>
          <w:tcPr>
            <w:tcW w:w="4320" w:type="dxa"/>
          </w:tcPr>
          <w:p w14:paraId="2CBD472B" w14:textId="77777777" w:rsidR="003A65DD" w:rsidRDefault="003A65DD"/>
        </w:tc>
      </w:tr>
      <w:tr w:rsidR="003A65DD" w14:paraId="7E3EC9F0" w14:textId="77777777">
        <w:tc>
          <w:tcPr>
            <w:tcW w:w="4320" w:type="dxa"/>
          </w:tcPr>
          <w:p w14:paraId="20F50777" w14:textId="77777777" w:rsidR="003A65DD" w:rsidRDefault="00C532B9">
            <w:proofErr w:type="spellStart"/>
            <w:r>
              <w:t>Département</w:t>
            </w:r>
            <w:proofErr w:type="spellEnd"/>
            <w:r>
              <w:t xml:space="preserve"> (14/27/50/61/76)</w:t>
            </w:r>
          </w:p>
        </w:tc>
        <w:tc>
          <w:tcPr>
            <w:tcW w:w="4320" w:type="dxa"/>
          </w:tcPr>
          <w:p w14:paraId="732C1C18" w14:textId="77777777" w:rsidR="003A65DD" w:rsidRDefault="003A65DD"/>
        </w:tc>
      </w:tr>
      <w:tr w:rsidR="003A65DD" w14:paraId="6F4C2572" w14:textId="77777777">
        <w:tc>
          <w:tcPr>
            <w:tcW w:w="4320" w:type="dxa"/>
          </w:tcPr>
          <w:p w14:paraId="49D5FAE4" w14:textId="77777777" w:rsidR="003A65DD" w:rsidRDefault="00C532B9">
            <w:proofErr w:type="spellStart"/>
            <w:r>
              <w:t>Téléphone</w:t>
            </w:r>
            <w:proofErr w:type="spellEnd"/>
          </w:p>
        </w:tc>
        <w:tc>
          <w:tcPr>
            <w:tcW w:w="4320" w:type="dxa"/>
          </w:tcPr>
          <w:p w14:paraId="3106DCAA" w14:textId="77777777" w:rsidR="003A65DD" w:rsidRDefault="003A65DD"/>
        </w:tc>
      </w:tr>
      <w:tr w:rsidR="003A65DD" w14:paraId="2C6E8AB2" w14:textId="77777777">
        <w:tc>
          <w:tcPr>
            <w:tcW w:w="4320" w:type="dxa"/>
          </w:tcPr>
          <w:p w14:paraId="57456F63" w14:textId="77777777" w:rsidR="003A65DD" w:rsidRDefault="00C532B9">
            <w:proofErr w:type="spellStart"/>
            <w:r>
              <w:t>Courriel</w:t>
            </w:r>
            <w:proofErr w:type="spellEnd"/>
          </w:p>
        </w:tc>
        <w:tc>
          <w:tcPr>
            <w:tcW w:w="4320" w:type="dxa"/>
          </w:tcPr>
          <w:p w14:paraId="1DCF153D" w14:textId="77777777" w:rsidR="003A65DD" w:rsidRDefault="003A65DD"/>
        </w:tc>
      </w:tr>
    </w:tbl>
    <w:p w14:paraId="27CB97B9" w14:textId="77777777" w:rsidR="000D3C17" w:rsidRDefault="000D3C17">
      <w:pPr>
        <w:pStyle w:val="Titre2"/>
      </w:pPr>
    </w:p>
    <w:p w14:paraId="48884B81" w14:textId="77777777" w:rsidR="003A65DD" w:rsidRDefault="00C532B9">
      <w:pPr>
        <w:pStyle w:val="Titre2"/>
      </w:pPr>
      <w:r>
        <w:t xml:space="preserve">2. </w:t>
      </w:r>
      <w:proofErr w:type="spellStart"/>
      <w:r w:rsidR="00E36F7A">
        <w:t>Profil</w:t>
      </w:r>
      <w:proofErr w:type="spellEnd"/>
      <w:r w:rsidR="00E36F7A">
        <w:t xml:space="preserve"> de la </w:t>
      </w:r>
      <w:proofErr w:type="spellStart"/>
      <w:r w:rsidR="00E36F7A">
        <w:t>ou</w:t>
      </w:r>
      <w:proofErr w:type="spellEnd"/>
      <w:r w:rsidR="00E36F7A">
        <w:t xml:space="preserve"> des </w:t>
      </w:r>
      <w:proofErr w:type="spellStart"/>
      <w:r w:rsidR="00E36F7A">
        <w:t>personnes</w:t>
      </w:r>
      <w:proofErr w:type="spellEnd"/>
      <w:r>
        <w:t xml:space="preserve"> </w:t>
      </w:r>
      <w:proofErr w:type="spellStart"/>
      <w:r>
        <w:t>concerné</w:t>
      </w:r>
      <w:r w:rsidR="00E36F7A">
        <w:t>es</w:t>
      </w:r>
      <w:proofErr w:type="spellEnd"/>
    </w:p>
    <w:p w14:paraId="2FC56FA7" w14:textId="4418FA3D" w:rsidR="003A65DD" w:rsidRDefault="00C532B9">
      <w:r>
        <w:t xml:space="preserve"> ☐ </w:t>
      </w:r>
      <w:proofErr w:type="spellStart"/>
      <w:r>
        <w:t>Déficience</w:t>
      </w:r>
      <w:proofErr w:type="spellEnd"/>
      <w:r>
        <w:t xml:space="preserve"> </w:t>
      </w:r>
      <w:proofErr w:type="spellStart"/>
      <w:proofErr w:type="gramStart"/>
      <w:r>
        <w:t>intellectuelle</w:t>
      </w:r>
      <w:proofErr w:type="spellEnd"/>
      <w:r>
        <w:t xml:space="preserve">  ☐</w:t>
      </w:r>
      <w:proofErr w:type="gramEnd"/>
      <w:r>
        <w:t xml:space="preserve"> TSA  ☐ Handicap </w:t>
      </w:r>
      <w:proofErr w:type="spellStart"/>
      <w:r>
        <w:t>psychique</w:t>
      </w:r>
      <w:proofErr w:type="spellEnd"/>
      <w:r>
        <w:t xml:space="preserve">  ☐ </w:t>
      </w:r>
      <w:proofErr w:type="spellStart"/>
      <w:r>
        <w:t>Polyhandicap</w:t>
      </w:r>
      <w:proofErr w:type="spellEnd"/>
      <w:r>
        <w:t xml:space="preserve">  ☐ Handicap </w:t>
      </w:r>
      <w:proofErr w:type="spellStart"/>
      <w:r>
        <w:t>moteur</w:t>
      </w:r>
      <w:proofErr w:type="spellEnd"/>
      <w:r>
        <w:t xml:space="preserve">  ☐ </w:t>
      </w:r>
      <w:proofErr w:type="spellStart"/>
      <w:r w:rsidR="00953E43">
        <w:t>Cérébro-lésion</w:t>
      </w:r>
      <w:proofErr w:type="spellEnd"/>
      <w:r>
        <w:t xml:space="preserve">  ☐ </w:t>
      </w:r>
      <w:proofErr w:type="spellStart"/>
      <w:r>
        <w:t>Autre</w:t>
      </w:r>
      <w:proofErr w:type="spellEnd"/>
      <w:r>
        <w:t xml:space="preserve"> : __________</w:t>
      </w:r>
    </w:p>
    <w:p w14:paraId="445920B3" w14:textId="77777777" w:rsidR="0033057E" w:rsidRDefault="0033057E"/>
    <w:p w14:paraId="2A48545C" w14:textId="77777777" w:rsidR="003A65DD" w:rsidRDefault="00C532B9">
      <w:r>
        <w:t xml:space="preserve">☐ </w:t>
      </w:r>
      <w:proofErr w:type="gramStart"/>
      <w:r>
        <w:t>Enfant  ☐</w:t>
      </w:r>
      <w:proofErr w:type="gramEnd"/>
      <w:r>
        <w:t xml:space="preserve"> Adolescent  ☐ </w:t>
      </w:r>
      <w:proofErr w:type="spellStart"/>
      <w:r>
        <w:t>Adulte</w:t>
      </w:r>
      <w:proofErr w:type="spellEnd"/>
      <w:r>
        <w:t xml:space="preserve">  ☐ </w:t>
      </w:r>
      <w:proofErr w:type="spellStart"/>
      <w:r>
        <w:t>Personne</w:t>
      </w:r>
      <w:proofErr w:type="spellEnd"/>
      <w:r>
        <w:t xml:space="preserve"> </w:t>
      </w:r>
      <w:proofErr w:type="spellStart"/>
      <w:r>
        <w:t>vieillissante</w:t>
      </w:r>
      <w:proofErr w:type="spellEnd"/>
    </w:p>
    <w:p w14:paraId="33D92564" w14:textId="77777777" w:rsidR="0033057E" w:rsidRDefault="0033057E"/>
    <w:p w14:paraId="2C7C2A3F" w14:textId="77777777" w:rsidR="003A65DD" w:rsidRDefault="00C532B9">
      <w:pPr>
        <w:pStyle w:val="Titre2"/>
      </w:pPr>
      <w:r>
        <w:t xml:space="preserve">3. </w:t>
      </w:r>
      <w:proofErr w:type="spellStart"/>
      <w:r>
        <w:t>Objet</w:t>
      </w:r>
      <w:proofErr w:type="spellEnd"/>
      <w:r>
        <w:t xml:space="preserve"> de la </w:t>
      </w:r>
      <w:proofErr w:type="spellStart"/>
      <w:r>
        <w:t>saisine</w:t>
      </w:r>
      <w:proofErr w:type="spellEnd"/>
    </w:p>
    <w:p w14:paraId="326D8037" w14:textId="77777777" w:rsidR="003A65DD" w:rsidRDefault="00C532B9">
      <w:r>
        <w:t xml:space="preserve">☐ </w:t>
      </w:r>
      <w:proofErr w:type="spellStart"/>
      <w:proofErr w:type="gramStart"/>
      <w:r>
        <w:t>Consentement</w:t>
      </w:r>
      <w:proofErr w:type="spellEnd"/>
      <w:r>
        <w:t xml:space="preserve">  ☐</w:t>
      </w:r>
      <w:proofErr w:type="gramEnd"/>
      <w:r>
        <w:t xml:space="preserve"> </w:t>
      </w:r>
      <w:proofErr w:type="spellStart"/>
      <w:r>
        <w:t>Comportement</w:t>
      </w:r>
      <w:proofErr w:type="spellEnd"/>
      <w:r>
        <w:t xml:space="preserve"> </w:t>
      </w:r>
      <w:proofErr w:type="spellStart"/>
      <w:r>
        <w:t>sexuel</w:t>
      </w:r>
      <w:proofErr w:type="spellEnd"/>
      <w:r>
        <w:t xml:space="preserve"> </w:t>
      </w:r>
      <w:proofErr w:type="spellStart"/>
      <w:r>
        <w:t>problématique</w:t>
      </w:r>
      <w:proofErr w:type="spellEnd"/>
      <w:r>
        <w:t xml:space="preserve">  ☐ Violence </w:t>
      </w:r>
      <w:proofErr w:type="spellStart"/>
      <w:r>
        <w:t>sexuelle</w:t>
      </w:r>
      <w:proofErr w:type="spellEnd"/>
      <w:r>
        <w:t xml:space="preserve">  ☐ Vie de couple  ☐ </w:t>
      </w:r>
      <w:proofErr w:type="spellStart"/>
      <w:r>
        <w:t>Intimité</w:t>
      </w:r>
      <w:proofErr w:type="spellEnd"/>
      <w:r>
        <w:t xml:space="preserve">  ☐ Masturbation  ☐ </w:t>
      </w:r>
      <w:proofErr w:type="spellStart"/>
      <w:r>
        <w:t>Pornographie</w:t>
      </w:r>
      <w:proofErr w:type="spellEnd"/>
      <w:r>
        <w:t xml:space="preserve">  ☐ </w:t>
      </w:r>
      <w:proofErr w:type="spellStart"/>
      <w:r>
        <w:t>Réseaux</w:t>
      </w:r>
      <w:proofErr w:type="spellEnd"/>
      <w:r>
        <w:t xml:space="preserve"> </w:t>
      </w:r>
      <w:proofErr w:type="spellStart"/>
      <w:r>
        <w:t>sociaux</w:t>
      </w:r>
      <w:proofErr w:type="spellEnd"/>
      <w:r>
        <w:t xml:space="preserve">  ☐ </w:t>
      </w:r>
      <w:proofErr w:type="spellStart"/>
      <w:r>
        <w:t>Identité</w:t>
      </w:r>
      <w:proofErr w:type="spellEnd"/>
      <w:r>
        <w:t xml:space="preserve"> de genre  ☐ Orientation </w:t>
      </w:r>
      <w:proofErr w:type="spellStart"/>
      <w:r>
        <w:t>sexuelle</w:t>
      </w:r>
      <w:proofErr w:type="spellEnd"/>
      <w:r>
        <w:t xml:space="preserve">  ☐ </w:t>
      </w:r>
      <w:proofErr w:type="spellStart"/>
      <w:r>
        <w:t>Désir</w:t>
      </w:r>
      <w:proofErr w:type="spellEnd"/>
      <w:r>
        <w:t xml:space="preserve"> de </w:t>
      </w:r>
      <w:proofErr w:type="spellStart"/>
      <w:r>
        <w:t>parentalité</w:t>
      </w:r>
      <w:proofErr w:type="spellEnd"/>
      <w:r>
        <w:t xml:space="preserve">  ☐ </w:t>
      </w:r>
      <w:proofErr w:type="spellStart"/>
      <w:r>
        <w:t>Difficultés</w:t>
      </w:r>
      <w:proofErr w:type="spellEnd"/>
      <w:r>
        <w:t xml:space="preserve"> de </w:t>
      </w:r>
      <w:proofErr w:type="spellStart"/>
      <w:r>
        <w:t>l'équipe</w:t>
      </w:r>
      <w:proofErr w:type="spellEnd"/>
      <w:r>
        <w:t xml:space="preserve">  ☐ </w:t>
      </w:r>
      <w:proofErr w:type="spellStart"/>
      <w:r>
        <w:t>Autre</w:t>
      </w:r>
      <w:proofErr w:type="spellEnd"/>
      <w:r>
        <w:t xml:space="preserve"> : __________</w:t>
      </w:r>
    </w:p>
    <w:p w14:paraId="2DDC82D7" w14:textId="77777777" w:rsidR="0033057E" w:rsidRDefault="0033057E"/>
    <w:p w14:paraId="7F94492B" w14:textId="77777777" w:rsidR="0033057E" w:rsidRDefault="0033057E"/>
    <w:p w14:paraId="76C7F95E" w14:textId="77777777" w:rsidR="003A65DD" w:rsidRDefault="00C532B9">
      <w:pPr>
        <w:pStyle w:val="Titre2"/>
      </w:pPr>
      <w:r>
        <w:t xml:space="preserve">4. Situation </w:t>
      </w:r>
      <w:proofErr w:type="spellStart"/>
      <w:r>
        <w:t>présentée</w:t>
      </w:r>
      <w:proofErr w:type="spellEnd"/>
    </w:p>
    <w:p w14:paraId="70B68A00" w14:textId="77777777" w:rsidR="003A65DD" w:rsidRDefault="00C532B9">
      <w:proofErr w:type="gramStart"/>
      <w:r>
        <w:t>Date :</w:t>
      </w:r>
      <w:proofErr w:type="gramEnd"/>
      <w:r>
        <w:t xml:space="preserve"> __________   Lieu : __________</w:t>
      </w:r>
    </w:p>
    <w:p w14:paraId="25D90FC6" w14:textId="77777777" w:rsidR="003A65DD" w:rsidRDefault="00C532B9">
      <w:r>
        <w:t xml:space="preserve">Description </w:t>
      </w:r>
      <w:proofErr w:type="spellStart"/>
      <w:r>
        <w:t>factuelle</w:t>
      </w:r>
      <w:proofErr w:type="spellEnd"/>
      <w:r>
        <w:t xml:space="preserve"> (faits observables</w:t>
      </w:r>
      <w:proofErr w:type="gramStart"/>
      <w:r>
        <w:t>) :</w:t>
      </w:r>
      <w:proofErr w:type="gramEnd"/>
    </w:p>
    <w:p w14:paraId="133ED674" w14:textId="77777777" w:rsidR="003A65DD" w:rsidRDefault="00C532B9">
      <w:r>
        <w:br w:type="page"/>
      </w:r>
    </w:p>
    <w:p w14:paraId="6CB5EA78" w14:textId="77777777" w:rsidR="003A65DD" w:rsidRDefault="00C532B9">
      <w:pPr>
        <w:pStyle w:val="Titre2"/>
      </w:pPr>
      <w:r>
        <w:lastRenderedPageBreak/>
        <w:t xml:space="preserve">5. </w:t>
      </w:r>
      <w:proofErr w:type="spellStart"/>
      <w:r>
        <w:t>Pourquoi</w:t>
      </w:r>
      <w:proofErr w:type="spellEnd"/>
      <w:r>
        <w:t xml:space="preserve"> </w:t>
      </w:r>
      <w:proofErr w:type="spellStart"/>
      <w:r>
        <w:t>solliciter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gramStart"/>
      <w:r>
        <w:t>APP ?</w:t>
      </w:r>
      <w:proofErr w:type="gramEnd"/>
    </w:p>
    <w:p w14:paraId="19F0DEA1" w14:textId="77777777" w:rsidR="003A65DD" w:rsidRDefault="00C532B9">
      <w:r>
        <w:t xml:space="preserve">☐ Situation </w:t>
      </w:r>
      <w:proofErr w:type="spellStart"/>
      <w:proofErr w:type="gramStart"/>
      <w:r>
        <w:t>complexe</w:t>
      </w:r>
      <w:proofErr w:type="spellEnd"/>
      <w:r>
        <w:t xml:space="preserve">  ☐</w:t>
      </w:r>
      <w:proofErr w:type="gramEnd"/>
      <w:r>
        <w:t xml:space="preserve"> Question </w:t>
      </w:r>
      <w:proofErr w:type="spellStart"/>
      <w:r>
        <w:t>éthique</w:t>
      </w:r>
      <w:proofErr w:type="spellEnd"/>
      <w:r>
        <w:t xml:space="preserve">  ☐ Question </w:t>
      </w:r>
      <w:proofErr w:type="spellStart"/>
      <w:r>
        <w:t>juridique</w:t>
      </w:r>
      <w:proofErr w:type="spellEnd"/>
      <w:r>
        <w:t xml:space="preserve">  ☐ </w:t>
      </w:r>
      <w:proofErr w:type="spellStart"/>
      <w:r>
        <w:t>Difficulté</w:t>
      </w:r>
      <w:proofErr w:type="spellEnd"/>
      <w:r>
        <w:t xml:space="preserve"> </w:t>
      </w:r>
      <w:proofErr w:type="spellStart"/>
      <w:r>
        <w:t>clinique</w:t>
      </w:r>
      <w:proofErr w:type="spellEnd"/>
      <w:r>
        <w:t xml:space="preserve">  ☐ </w:t>
      </w:r>
      <w:proofErr w:type="spellStart"/>
      <w:r>
        <w:t>Désaccord</w:t>
      </w:r>
      <w:proofErr w:type="spellEnd"/>
      <w:r>
        <w:t xml:space="preserve"> </w:t>
      </w:r>
      <w:proofErr w:type="spellStart"/>
      <w:r>
        <w:t>d'équipe</w:t>
      </w:r>
      <w:proofErr w:type="spellEnd"/>
      <w:r>
        <w:t xml:space="preserve">  ☐ </w:t>
      </w:r>
      <w:proofErr w:type="spellStart"/>
      <w:r>
        <w:t>Pistes</w:t>
      </w:r>
      <w:proofErr w:type="spellEnd"/>
      <w:r>
        <w:t xml:space="preserve"> </w:t>
      </w:r>
      <w:proofErr w:type="spellStart"/>
      <w:r>
        <w:t>éducatives</w:t>
      </w:r>
      <w:proofErr w:type="spellEnd"/>
      <w:r>
        <w:t xml:space="preserve">  ☐ Regard </w:t>
      </w:r>
      <w:proofErr w:type="spellStart"/>
      <w:r>
        <w:t>extérieur</w:t>
      </w:r>
      <w:proofErr w:type="spellEnd"/>
      <w:r>
        <w:t xml:space="preserve">  ☐ Situation </w:t>
      </w:r>
      <w:proofErr w:type="spellStart"/>
      <w:r>
        <w:t>récurrente</w:t>
      </w:r>
      <w:proofErr w:type="spellEnd"/>
      <w:r>
        <w:t xml:space="preserve">  ☐ </w:t>
      </w:r>
      <w:proofErr w:type="spellStart"/>
      <w:r>
        <w:t>Autre</w:t>
      </w:r>
      <w:proofErr w:type="spellEnd"/>
      <w:r>
        <w:t xml:space="preserve"> : __________</w:t>
      </w:r>
    </w:p>
    <w:p w14:paraId="489982A8" w14:textId="77777777" w:rsidR="003A65DD" w:rsidRDefault="00C532B9">
      <w:pPr>
        <w:pStyle w:val="Titre2"/>
      </w:pPr>
      <w:r>
        <w:t xml:space="preserve">6. Actions déjà </w:t>
      </w:r>
      <w:proofErr w:type="spellStart"/>
      <w:r>
        <w:t>réalisées</w:t>
      </w:r>
      <w:proofErr w:type="spellEnd"/>
    </w:p>
    <w:p w14:paraId="44363B67" w14:textId="77777777" w:rsidR="003A65DD" w:rsidRDefault="00C532B9">
      <w:r>
        <w:t xml:space="preserve">☐ Réunion </w:t>
      </w:r>
      <w:proofErr w:type="spellStart"/>
      <w:proofErr w:type="gramStart"/>
      <w:r>
        <w:t>d'équipe</w:t>
      </w:r>
      <w:proofErr w:type="spellEnd"/>
      <w:r>
        <w:t xml:space="preserve">  ☐</w:t>
      </w:r>
      <w:proofErr w:type="gramEnd"/>
      <w:r>
        <w:t xml:space="preserve"> </w:t>
      </w:r>
      <w:proofErr w:type="spellStart"/>
      <w:r>
        <w:t>Famille</w:t>
      </w:r>
      <w:proofErr w:type="spellEnd"/>
      <w:r>
        <w:t xml:space="preserve">  ☐ Entretien </w:t>
      </w:r>
      <w:proofErr w:type="spellStart"/>
      <w:r>
        <w:t>personne</w:t>
      </w:r>
      <w:proofErr w:type="spellEnd"/>
      <w:r>
        <w:t xml:space="preserve">  ☐ Psychologue  ☐ </w:t>
      </w:r>
      <w:proofErr w:type="spellStart"/>
      <w:r>
        <w:t>Médecin</w:t>
      </w:r>
      <w:proofErr w:type="spellEnd"/>
      <w:r>
        <w:t xml:space="preserve">  ☐ Direction  ☐ </w:t>
      </w:r>
      <w:proofErr w:type="spellStart"/>
      <w:r>
        <w:t>Signalement</w:t>
      </w:r>
      <w:proofErr w:type="spellEnd"/>
      <w:r>
        <w:t xml:space="preserve">  ☐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personnalisé</w:t>
      </w:r>
      <w:proofErr w:type="spellEnd"/>
      <w:r>
        <w:t xml:space="preserve">  ☐ </w:t>
      </w:r>
      <w:proofErr w:type="spellStart"/>
      <w:r>
        <w:t>Accompagnement</w:t>
      </w:r>
      <w:proofErr w:type="spellEnd"/>
      <w:r>
        <w:t xml:space="preserve"> </w:t>
      </w:r>
      <w:proofErr w:type="spellStart"/>
      <w:r>
        <w:t>spécifique</w:t>
      </w:r>
      <w:proofErr w:type="spellEnd"/>
      <w:r>
        <w:t xml:space="preserve">  ☐ Formation</w:t>
      </w:r>
    </w:p>
    <w:p w14:paraId="6F91A61F" w14:textId="77777777" w:rsidR="003A65DD" w:rsidRDefault="00C532B9">
      <w:proofErr w:type="spellStart"/>
      <w:proofErr w:type="gramStart"/>
      <w:r>
        <w:t>Autres</w:t>
      </w:r>
      <w:proofErr w:type="spellEnd"/>
      <w:r>
        <w:t xml:space="preserve"> :</w:t>
      </w:r>
      <w:proofErr w:type="gramEnd"/>
      <w:r>
        <w:t xml:space="preserve"> ______________________________________________</w:t>
      </w:r>
    </w:p>
    <w:p w14:paraId="419EECF2" w14:textId="77777777" w:rsidR="003A65DD" w:rsidRDefault="00C532B9">
      <w:pPr>
        <w:pStyle w:val="Titre2"/>
      </w:pPr>
      <w:r>
        <w:t xml:space="preserve">7. Questions à </w:t>
      </w:r>
      <w:proofErr w:type="spellStart"/>
      <w:r>
        <w:t>travailler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APP</w:t>
      </w:r>
    </w:p>
    <w:p w14:paraId="08F4D928" w14:textId="77777777" w:rsidR="0033057E" w:rsidRDefault="0033057E"/>
    <w:p w14:paraId="343B93D2" w14:textId="77777777" w:rsidR="0033057E" w:rsidRDefault="0033057E"/>
    <w:p w14:paraId="6CA2B348" w14:textId="77777777" w:rsidR="0033057E" w:rsidRDefault="0033057E"/>
    <w:p w14:paraId="38C4C2C0" w14:textId="77777777" w:rsidR="0033057E" w:rsidRDefault="0033057E"/>
    <w:p w14:paraId="6F70014F" w14:textId="77777777" w:rsidR="0033057E" w:rsidRDefault="0033057E"/>
    <w:p w14:paraId="36EF316E" w14:textId="77777777" w:rsidR="003A65DD" w:rsidRDefault="00C532B9">
      <w:r>
        <w:br/>
      </w:r>
      <w:proofErr w:type="gramStart"/>
      <w:r>
        <w:t>Date :</w:t>
      </w:r>
      <w:proofErr w:type="gramEnd"/>
      <w:r>
        <w:t xml:space="preserve"> __________    Signature : __________________</w:t>
      </w:r>
    </w:p>
    <w:p w14:paraId="215EFD39" w14:textId="77777777" w:rsidR="00213B2A" w:rsidRDefault="00213B2A">
      <w:pPr>
        <w:pStyle w:val="Titre2"/>
      </w:pPr>
    </w:p>
    <w:p w14:paraId="31DB568C" w14:textId="77777777" w:rsidR="00213B2A" w:rsidRDefault="00213B2A">
      <w:pPr>
        <w:pStyle w:val="Titre2"/>
      </w:pPr>
    </w:p>
    <w:p w14:paraId="11481B03" w14:textId="54253126" w:rsidR="003A65DD" w:rsidRDefault="00C532B9">
      <w:pPr>
        <w:pStyle w:val="Titre2"/>
      </w:pPr>
      <w:r>
        <w:t xml:space="preserve">Cadre </w:t>
      </w:r>
      <w:proofErr w:type="spellStart"/>
      <w:r>
        <w:t>réservé</w:t>
      </w:r>
      <w:proofErr w:type="spellEnd"/>
      <w:r>
        <w:t xml:space="preserve"> à </w:t>
      </w:r>
      <w:proofErr w:type="spellStart"/>
      <w:r>
        <w:t>Intimagir</w:t>
      </w:r>
      <w:proofErr w:type="spellEnd"/>
      <w:r>
        <w:t xml:space="preserve"> Normandie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3A65DD" w14:paraId="7BBC7C83" w14:textId="77777777">
        <w:tc>
          <w:tcPr>
            <w:tcW w:w="4320" w:type="dxa"/>
          </w:tcPr>
          <w:p w14:paraId="1640F199" w14:textId="77777777" w:rsidR="003A65DD" w:rsidRDefault="00C532B9">
            <w:r>
              <w:t xml:space="preserve">Date de </w:t>
            </w:r>
            <w:proofErr w:type="spellStart"/>
            <w:r>
              <w:t>réception</w:t>
            </w:r>
            <w:proofErr w:type="spellEnd"/>
          </w:p>
        </w:tc>
        <w:tc>
          <w:tcPr>
            <w:tcW w:w="4320" w:type="dxa"/>
          </w:tcPr>
          <w:p w14:paraId="54813433" w14:textId="77777777" w:rsidR="003A65DD" w:rsidRDefault="003A65DD"/>
        </w:tc>
      </w:tr>
      <w:tr w:rsidR="003A65DD" w14:paraId="683ACE12" w14:textId="77777777">
        <w:tc>
          <w:tcPr>
            <w:tcW w:w="4320" w:type="dxa"/>
          </w:tcPr>
          <w:p w14:paraId="0901B4B0" w14:textId="77777777" w:rsidR="003A65DD" w:rsidRDefault="00C532B9">
            <w:r>
              <w:t>N° dossier</w:t>
            </w:r>
          </w:p>
        </w:tc>
        <w:tc>
          <w:tcPr>
            <w:tcW w:w="4320" w:type="dxa"/>
          </w:tcPr>
          <w:p w14:paraId="217D8A99" w14:textId="77777777" w:rsidR="003A65DD" w:rsidRDefault="003A65DD"/>
        </w:tc>
      </w:tr>
      <w:tr w:rsidR="003A65DD" w14:paraId="25E5D0B4" w14:textId="77777777">
        <w:tc>
          <w:tcPr>
            <w:tcW w:w="4320" w:type="dxa"/>
          </w:tcPr>
          <w:p w14:paraId="3300751C" w14:textId="77777777" w:rsidR="003A65DD" w:rsidRDefault="00C532B9">
            <w:r>
              <w:t>Groupe APP</w:t>
            </w:r>
          </w:p>
        </w:tc>
        <w:tc>
          <w:tcPr>
            <w:tcW w:w="4320" w:type="dxa"/>
          </w:tcPr>
          <w:p w14:paraId="33999494" w14:textId="77777777" w:rsidR="003A65DD" w:rsidRDefault="003A65DD"/>
        </w:tc>
      </w:tr>
      <w:tr w:rsidR="003A65DD" w14:paraId="0FC19B7E" w14:textId="77777777">
        <w:tc>
          <w:tcPr>
            <w:tcW w:w="4320" w:type="dxa"/>
          </w:tcPr>
          <w:p w14:paraId="7C84422F" w14:textId="77777777" w:rsidR="003A65DD" w:rsidRDefault="00C532B9">
            <w:proofErr w:type="spellStart"/>
            <w:r>
              <w:t>Décision</w:t>
            </w:r>
            <w:proofErr w:type="spellEnd"/>
          </w:p>
        </w:tc>
        <w:tc>
          <w:tcPr>
            <w:tcW w:w="4320" w:type="dxa"/>
          </w:tcPr>
          <w:p w14:paraId="78EBF923" w14:textId="77777777" w:rsidR="003A65DD" w:rsidRDefault="003A65DD"/>
        </w:tc>
      </w:tr>
      <w:tr w:rsidR="003A65DD" w14:paraId="034E9EFC" w14:textId="77777777">
        <w:tc>
          <w:tcPr>
            <w:tcW w:w="4320" w:type="dxa"/>
          </w:tcPr>
          <w:p w14:paraId="1176FA48" w14:textId="77777777" w:rsidR="003A65DD" w:rsidRDefault="00C532B9">
            <w:r>
              <w:t>Date APP</w:t>
            </w:r>
          </w:p>
        </w:tc>
        <w:tc>
          <w:tcPr>
            <w:tcW w:w="4320" w:type="dxa"/>
          </w:tcPr>
          <w:p w14:paraId="1C6C56E7" w14:textId="77777777" w:rsidR="003A65DD" w:rsidRDefault="003A65DD"/>
        </w:tc>
      </w:tr>
      <w:tr w:rsidR="003A65DD" w14:paraId="60FD31C0" w14:textId="77777777">
        <w:tc>
          <w:tcPr>
            <w:tcW w:w="4320" w:type="dxa"/>
          </w:tcPr>
          <w:p w14:paraId="7A35CC76" w14:textId="77777777" w:rsidR="003A65DD" w:rsidRDefault="00C532B9">
            <w:r>
              <w:t>Observations</w:t>
            </w:r>
          </w:p>
        </w:tc>
        <w:tc>
          <w:tcPr>
            <w:tcW w:w="4320" w:type="dxa"/>
          </w:tcPr>
          <w:p w14:paraId="7CF1BD6E" w14:textId="77777777" w:rsidR="003A65DD" w:rsidRDefault="003A65DD"/>
        </w:tc>
      </w:tr>
    </w:tbl>
    <w:p w14:paraId="6C6A7847" w14:textId="77777777" w:rsidR="00C532B9" w:rsidRDefault="00C532B9"/>
    <w:sectPr w:rsidR="00C532B9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C6D0D" w14:textId="77777777" w:rsidR="007C55B8" w:rsidRDefault="007C55B8" w:rsidP="00E36F7A">
      <w:pPr>
        <w:spacing w:after="0" w:line="240" w:lineRule="auto"/>
      </w:pPr>
      <w:r>
        <w:separator/>
      </w:r>
    </w:p>
  </w:endnote>
  <w:endnote w:type="continuationSeparator" w:id="0">
    <w:p w14:paraId="1B227BC2" w14:textId="77777777" w:rsidR="007C55B8" w:rsidRDefault="007C55B8" w:rsidP="00E36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1879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3DC70B1" w14:textId="77777777" w:rsidR="0033057E" w:rsidRDefault="0033057E">
            <w:pPr>
              <w:pStyle w:val="Pieddepage"/>
              <w:jc w:val="center"/>
            </w:pPr>
            <w:r>
              <w:rPr>
                <w:lang w:val="fr-FR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DC2EA2" w14:textId="77777777" w:rsidR="0033057E" w:rsidRDefault="0033057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27418" w14:textId="77777777" w:rsidR="007C55B8" w:rsidRDefault="007C55B8" w:rsidP="00E36F7A">
      <w:pPr>
        <w:spacing w:after="0" w:line="240" w:lineRule="auto"/>
      </w:pPr>
      <w:r>
        <w:separator/>
      </w:r>
    </w:p>
  </w:footnote>
  <w:footnote w:type="continuationSeparator" w:id="0">
    <w:p w14:paraId="5EA737EE" w14:textId="77777777" w:rsidR="007C55B8" w:rsidRDefault="007C55B8" w:rsidP="00E36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BF66A" w14:textId="585D78FF" w:rsidR="00E36F7A" w:rsidRDefault="008B661E">
    <w:pPr>
      <w:pStyle w:val="En-tt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4F7A9FA" wp14:editId="47513535">
          <wp:simplePos x="0" y="0"/>
          <wp:positionH relativeFrom="column">
            <wp:posOffset>-673100</wp:posOffset>
          </wp:positionH>
          <wp:positionV relativeFrom="paragraph">
            <wp:posOffset>-146050</wp:posOffset>
          </wp:positionV>
          <wp:extent cx="1301097" cy="60007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097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36F7A"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1A4E27A" wp14:editId="2C97E27B">
              <wp:simplePos x="0" y="0"/>
              <wp:positionH relativeFrom="margin">
                <wp:posOffset>1212850</wp:posOffset>
              </wp:positionH>
              <wp:positionV relativeFrom="page">
                <wp:posOffset>425450</wp:posOffset>
              </wp:positionV>
              <wp:extent cx="4273550" cy="359410"/>
              <wp:effectExtent l="0" t="0" r="0" b="25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73550" cy="3594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365F91" w:themeColor="accent1" w:themeShade="BF"/>
                              <w:sz w:val="28"/>
                              <w:szCs w:val="28"/>
                            </w:rPr>
                            <w:alias w:val="Titr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E8BB445" w14:textId="77777777" w:rsidR="00E36F7A" w:rsidRDefault="00E36F7A">
                              <w:pPr>
                                <w:pStyle w:val="En-tte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E36F7A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365F91" w:themeColor="accent1" w:themeShade="BF"/>
                                  <w:sz w:val="28"/>
                                  <w:szCs w:val="28"/>
                                </w:rPr>
                                <w:t>FICHE DE SAISINE – APP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A4E27A" id="Rectangle 197" o:spid="_x0000_s1026" style="position:absolute;margin-left:95.5pt;margin-top:33.5pt;width:336.5pt;height:28.3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" o:allowoverlap="f" fillcolor="#4f81bd [3204]" stroked="f" strokeweight="2pt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28"/>
                        <w:szCs w:val="28"/>
                      </w:rPr>
                      <w:alias w:val="Titr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E8BB445" w14:textId="77777777" w:rsidR="00E36F7A" w:rsidRDefault="00E36F7A">
                        <w:pPr>
                          <w:pStyle w:val="En-tte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E36F7A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365F91" w:themeColor="accent1" w:themeShade="BF"/>
                            <w:sz w:val="28"/>
                            <w:szCs w:val="28"/>
                          </w:rPr>
                          <w:t>FICHE DE SAISINE – APP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5023"/>
    <w:rsid w:val="0006063C"/>
    <w:rsid w:val="000D3C17"/>
    <w:rsid w:val="0015074B"/>
    <w:rsid w:val="001E14DD"/>
    <w:rsid w:val="00213B2A"/>
    <w:rsid w:val="0029639D"/>
    <w:rsid w:val="00326F90"/>
    <w:rsid w:val="0033057E"/>
    <w:rsid w:val="003A65DD"/>
    <w:rsid w:val="006E7BB0"/>
    <w:rsid w:val="007C55B8"/>
    <w:rsid w:val="008B661E"/>
    <w:rsid w:val="00953E43"/>
    <w:rsid w:val="00AA1D8D"/>
    <w:rsid w:val="00B31AB0"/>
    <w:rsid w:val="00B47730"/>
    <w:rsid w:val="00C532B9"/>
    <w:rsid w:val="00CB0664"/>
    <w:rsid w:val="00E36F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8FFBA2"/>
  <w14:defaultImageDpi w14:val="300"/>
  <w15:docId w15:val="{4C379813-A9EB-4857-BC9A-78030C4B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19951A-9385-47E7-9DEA-B977A3574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SAISINE – APP</dc:title>
  <dc:subject/>
  <dc:creator>python-docx</dc:creator>
  <cp:keywords/>
  <dc:description>generated by python-docx</dc:description>
  <cp:lastModifiedBy>Romain LALLEMAND</cp:lastModifiedBy>
  <cp:revision>8</cp:revision>
  <dcterms:created xsi:type="dcterms:W3CDTF">2013-12-23T23:15:00Z</dcterms:created>
  <dcterms:modified xsi:type="dcterms:W3CDTF">2026-08-06T09:38:00Z</dcterms:modified>
  <cp:category/>
</cp:coreProperties>
</file>